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C52B17" w14:textId="7AC0B4A0" w:rsidR="005F10C7" w:rsidRPr="00934091" w:rsidRDefault="00D7315D" w:rsidP="00934091">
      <w:pPr>
        <w:spacing w:after="0"/>
        <w:ind w:right="103"/>
        <w:jc w:val="right"/>
        <w:rPr>
          <w:sz w:val="20"/>
          <w:szCs w:val="20"/>
        </w:rPr>
      </w:pPr>
      <w:r w:rsidRPr="00934091">
        <w:rPr>
          <w:rFonts w:hint="eastAsia"/>
          <w:sz w:val="20"/>
          <w:szCs w:val="20"/>
        </w:rPr>
        <w:t>令和</w:t>
      </w:r>
      <w:r w:rsidRPr="00934091">
        <w:rPr>
          <w:rFonts w:hint="eastAsia"/>
          <w:sz w:val="20"/>
          <w:szCs w:val="20"/>
          <w:lang w:eastAsia="ja-JP"/>
        </w:rPr>
        <w:t xml:space="preserve">　</w:t>
      </w:r>
      <w:r w:rsidRPr="00934091">
        <w:rPr>
          <w:rFonts w:hint="eastAsia"/>
          <w:sz w:val="20"/>
          <w:szCs w:val="20"/>
        </w:rPr>
        <w:t xml:space="preserve">　年</w:t>
      </w:r>
      <w:r w:rsidRPr="00934091">
        <w:rPr>
          <w:sz w:val="20"/>
          <w:szCs w:val="20"/>
        </w:rPr>
        <w:t xml:space="preserve">　　月　　日</w:t>
      </w:r>
    </w:p>
    <w:p w14:paraId="3F1309FE" w14:textId="01F7A500" w:rsidR="005F10C7" w:rsidRPr="00934091" w:rsidRDefault="00CF459F" w:rsidP="00934091">
      <w:pPr>
        <w:spacing w:after="0"/>
        <w:rPr>
          <w:rFonts w:ascii="ＭＳ ゴシック" w:hAnsi="ＭＳ ゴシック"/>
          <w:bCs/>
          <w:sz w:val="20"/>
          <w:szCs w:val="20"/>
        </w:rPr>
      </w:pPr>
      <w:r w:rsidRPr="00934091">
        <w:rPr>
          <w:rFonts w:ascii="ＭＳ ゴシック" w:hAnsi="ＭＳ ゴシック"/>
          <w:bCs/>
          <w:sz w:val="20"/>
          <w:szCs w:val="20"/>
        </w:rPr>
        <w:t>武雄市長　様</w:t>
      </w:r>
    </w:p>
    <w:p w14:paraId="651242A4" w14:textId="52FEC1DA" w:rsidR="00D7315D" w:rsidRPr="00934091" w:rsidRDefault="00D7315D" w:rsidP="00934091">
      <w:pPr>
        <w:spacing w:before="240"/>
        <w:ind w:leftChars="2400" w:left="5040"/>
        <w:rPr>
          <w:rFonts w:ascii="ＭＳ ゴシック" w:hAnsi="ＭＳ ゴシック"/>
          <w:bCs/>
          <w:sz w:val="20"/>
          <w:szCs w:val="20"/>
        </w:rPr>
      </w:pPr>
      <w:r w:rsidRPr="00934091">
        <w:rPr>
          <w:rFonts w:ascii="ＭＳ ゴシック" w:hAnsi="ＭＳ ゴシック" w:hint="eastAsia"/>
          <w:bCs/>
          <w:sz w:val="20"/>
          <w:szCs w:val="20"/>
          <w:lang w:eastAsia="ja-JP"/>
        </w:rPr>
        <w:t>住</w:t>
      </w:r>
      <w:r w:rsidR="003061D1" w:rsidRPr="00934091">
        <w:rPr>
          <w:rFonts w:ascii="ＭＳ ゴシック" w:hAnsi="ＭＳ ゴシック" w:hint="eastAsia"/>
          <w:bCs/>
          <w:sz w:val="20"/>
          <w:szCs w:val="20"/>
          <w:lang w:eastAsia="ja-JP"/>
        </w:rPr>
        <w:t xml:space="preserve">　　　　　</w:t>
      </w:r>
      <w:r w:rsidRPr="00934091">
        <w:rPr>
          <w:rFonts w:ascii="ＭＳ ゴシック" w:hAnsi="ＭＳ ゴシック" w:hint="eastAsia"/>
          <w:bCs/>
          <w:sz w:val="20"/>
          <w:szCs w:val="20"/>
          <w:lang w:eastAsia="ja-JP"/>
        </w:rPr>
        <w:t>所</w:t>
      </w:r>
    </w:p>
    <w:p w14:paraId="14751279" w14:textId="1500F2F6" w:rsidR="00D7315D" w:rsidRPr="00934091" w:rsidRDefault="00D7315D" w:rsidP="001C7BD2">
      <w:pPr>
        <w:ind w:leftChars="2400" w:left="5040"/>
        <w:rPr>
          <w:rFonts w:ascii="ＭＳ ゴシック" w:hAnsi="ＭＳ ゴシック"/>
          <w:bCs/>
          <w:sz w:val="20"/>
          <w:szCs w:val="20"/>
          <w:lang w:eastAsia="ja-JP"/>
        </w:rPr>
      </w:pPr>
      <w:r w:rsidRPr="00934091">
        <w:rPr>
          <w:rFonts w:ascii="ＭＳ ゴシック" w:hAnsi="ＭＳ ゴシック" w:hint="eastAsia"/>
          <w:bCs/>
          <w:sz w:val="20"/>
          <w:szCs w:val="20"/>
          <w:lang w:eastAsia="ja-JP"/>
        </w:rPr>
        <w:t>事</w:t>
      </w:r>
      <w:r w:rsidR="003061D1" w:rsidRPr="00934091">
        <w:rPr>
          <w:rFonts w:ascii="ＭＳ ゴシック" w:hAnsi="ＭＳ ゴシック" w:hint="eastAsia"/>
          <w:bCs/>
          <w:sz w:val="20"/>
          <w:szCs w:val="20"/>
          <w:lang w:eastAsia="ja-JP"/>
        </w:rPr>
        <w:t xml:space="preserve">　</w:t>
      </w:r>
      <w:r w:rsidRPr="00934091">
        <w:rPr>
          <w:rFonts w:ascii="ＭＳ ゴシック" w:hAnsi="ＭＳ ゴシック" w:hint="eastAsia"/>
          <w:bCs/>
          <w:sz w:val="20"/>
          <w:szCs w:val="20"/>
          <w:lang w:eastAsia="ja-JP"/>
        </w:rPr>
        <w:t>業</w:t>
      </w:r>
      <w:r w:rsidR="003061D1" w:rsidRPr="00934091">
        <w:rPr>
          <w:rFonts w:ascii="ＭＳ ゴシック" w:hAnsi="ＭＳ ゴシック" w:hint="eastAsia"/>
          <w:bCs/>
          <w:sz w:val="20"/>
          <w:szCs w:val="20"/>
          <w:lang w:eastAsia="ja-JP"/>
        </w:rPr>
        <w:t xml:space="preserve">　</w:t>
      </w:r>
      <w:r w:rsidRPr="00934091">
        <w:rPr>
          <w:rFonts w:ascii="ＭＳ ゴシック" w:hAnsi="ＭＳ ゴシック" w:hint="eastAsia"/>
          <w:bCs/>
          <w:sz w:val="20"/>
          <w:szCs w:val="20"/>
          <w:lang w:eastAsia="ja-JP"/>
        </w:rPr>
        <w:t>所</w:t>
      </w:r>
      <w:r w:rsidR="003061D1" w:rsidRPr="00934091">
        <w:rPr>
          <w:rFonts w:ascii="ＭＳ ゴシック" w:hAnsi="ＭＳ ゴシック" w:hint="eastAsia"/>
          <w:bCs/>
          <w:sz w:val="20"/>
          <w:szCs w:val="20"/>
          <w:lang w:eastAsia="ja-JP"/>
        </w:rPr>
        <w:t xml:space="preserve">　</w:t>
      </w:r>
      <w:r w:rsidRPr="00934091">
        <w:rPr>
          <w:rFonts w:ascii="ＭＳ ゴシック" w:hAnsi="ＭＳ ゴシック" w:hint="eastAsia"/>
          <w:bCs/>
          <w:sz w:val="20"/>
          <w:szCs w:val="20"/>
          <w:lang w:eastAsia="ja-JP"/>
        </w:rPr>
        <w:t>名</w:t>
      </w:r>
    </w:p>
    <w:p w14:paraId="482861EE" w14:textId="4129F71F" w:rsidR="00D7315D" w:rsidRPr="00934091" w:rsidRDefault="00D7315D" w:rsidP="001C7BD2">
      <w:pPr>
        <w:ind w:leftChars="2400" w:left="5040"/>
        <w:rPr>
          <w:rFonts w:ascii="ＭＳ ゴシック" w:hAnsi="ＭＳ ゴシック"/>
          <w:bCs/>
          <w:sz w:val="20"/>
          <w:szCs w:val="20"/>
          <w:lang w:eastAsia="ja-JP"/>
        </w:rPr>
      </w:pPr>
      <w:r w:rsidRPr="00934091">
        <w:rPr>
          <w:rFonts w:ascii="ＭＳ ゴシック" w:hAnsi="ＭＳ ゴシック" w:hint="eastAsia"/>
          <w:bCs/>
          <w:sz w:val="20"/>
          <w:szCs w:val="20"/>
          <w:lang w:eastAsia="ja-JP"/>
        </w:rPr>
        <w:t>代表者職・氏名</w:t>
      </w:r>
      <w:r w:rsidR="00934091" w:rsidRPr="00934091">
        <w:rPr>
          <w:rFonts w:ascii="ＭＳ ゴシック" w:hAnsi="ＭＳ ゴシック" w:hint="eastAsia"/>
          <w:bCs/>
          <w:sz w:val="20"/>
          <w:szCs w:val="20"/>
          <w:lang w:eastAsia="ja-JP"/>
        </w:rPr>
        <w:t xml:space="preserve">　　　　　　　　　　</w:t>
      </w:r>
    </w:p>
    <w:p w14:paraId="39EF439D" w14:textId="77777777" w:rsidR="003061D1" w:rsidRPr="00934091" w:rsidRDefault="003061D1" w:rsidP="003061D1">
      <w:pPr>
        <w:ind w:leftChars="2500" w:left="5250"/>
        <w:rPr>
          <w:bCs/>
          <w:sz w:val="20"/>
          <w:szCs w:val="20"/>
          <w:lang w:eastAsia="ja-JP"/>
        </w:rPr>
      </w:pPr>
    </w:p>
    <w:p w14:paraId="5827A5C7" w14:textId="2D6FD3E3" w:rsidR="007B54F9" w:rsidRDefault="007B54F9" w:rsidP="007B54F9">
      <w:pPr>
        <w:spacing w:before="120" w:after="280"/>
        <w:jc w:val="center"/>
        <w:rPr>
          <w:rFonts w:ascii="ＭＳ ゴシック" w:hAnsi="ＭＳ ゴシック"/>
          <w:bCs/>
          <w:color w:val="auto"/>
          <w:sz w:val="24"/>
          <w:szCs w:val="24"/>
          <w:lang w:eastAsia="ja-JP"/>
        </w:rPr>
      </w:pPr>
      <w:r w:rsidRPr="00D43606">
        <w:rPr>
          <w:rFonts w:ascii="ＭＳ ゴシック" w:hAnsi="ＭＳ ゴシック"/>
          <w:bCs/>
          <w:color w:val="auto"/>
          <w:sz w:val="24"/>
          <w:szCs w:val="24"/>
          <w:lang w:eastAsia="ja-JP"/>
        </w:rPr>
        <w:t>武雄市観光誘客チャレンジ補助金事業参画合意書</w:t>
      </w:r>
      <w:r w:rsidRPr="00D43606">
        <w:rPr>
          <w:rFonts w:ascii="ＭＳ ゴシック" w:hAnsi="ＭＳ ゴシック"/>
          <w:bCs/>
          <w:color w:val="auto"/>
          <w:sz w:val="24"/>
          <w:szCs w:val="24"/>
          <w:lang w:eastAsia="ja-JP"/>
        </w:rPr>
        <w:t xml:space="preserve"> </w:t>
      </w:r>
      <w:r w:rsidRPr="00D43606">
        <w:rPr>
          <w:rFonts w:ascii="ＭＳ ゴシック" w:hAnsi="ＭＳ ゴシック"/>
          <w:bCs/>
          <w:color w:val="auto"/>
          <w:sz w:val="24"/>
          <w:szCs w:val="24"/>
          <w:lang w:eastAsia="ja-JP"/>
        </w:rPr>
        <w:t>兼</w:t>
      </w:r>
      <w:r w:rsidRPr="00D43606">
        <w:rPr>
          <w:rFonts w:ascii="ＭＳ ゴシック" w:hAnsi="ＭＳ ゴシック"/>
          <w:bCs/>
          <w:color w:val="auto"/>
          <w:sz w:val="24"/>
          <w:szCs w:val="24"/>
          <w:lang w:eastAsia="ja-JP"/>
        </w:rPr>
        <w:t xml:space="preserve"> </w:t>
      </w:r>
      <w:r w:rsidRPr="00D43606">
        <w:rPr>
          <w:rFonts w:ascii="ＭＳ ゴシック" w:hAnsi="ＭＳ ゴシック"/>
          <w:bCs/>
          <w:color w:val="auto"/>
          <w:sz w:val="24"/>
          <w:szCs w:val="24"/>
          <w:lang w:eastAsia="ja-JP"/>
        </w:rPr>
        <w:t>委任状</w:t>
      </w:r>
    </w:p>
    <w:p w14:paraId="7C22B8B3" w14:textId="77777777" w:rsidR="003061D1" w:rsidRPr="003061D1" w:rsidRDefault="003061D1" w:rsidP="001C7BD2">
      <w:pPr>
        <w:spacing w:before="120" w:after="0"/>
        <w:jc w:val="center"/>
        <w:rPr>
          <w:bCs/>
          <w:color w:val="auto"/>
          <w:sz w:val="20"/>
          <w:szCs w:val="20"/>
          <w:lang w:eastAsia="ja-JP"/>
        </w:rPr>
      </w:pPr>
    </w:p>
    <w:p w14:paraId="587319D5" w14:textId="01B90D4D" w:rsidR="005F10C7" w:rsidRPr="003061D1" w:rsidRDefault="00CF459F" w:rsidP="007B54F9">
      <w:pPr>
        <w:spacing w:line="324" w:lineRule="auto"/>
        <w:ind w:firstLineChars="100" w:firstLine="200"/>
        <w:rPr>
          <w:color w:val="auto"/>
          <w:lang w:eastAsia="ja-JP"/>
        </w:rPr>
      </w:pPr>
      <w:r w:rsidRPr="003061D1">
        <w:rPr>
          <w:color w:val="auto"/>
          <w:sz w:val="20"/>
          <w:lang w:eastAsia="ja-JP"/>
        </w:rPr>
        <w:t>当事業者は、武雄市観光誘客チャレンジ補助金交付要領に基づき、下記</w:t>
      </w:r>
      <w:r w:rsidR="007B54F9" w:rsidRPr="003061D1">
        <w:rPr>
          <w:rFonts w:hint="eastAsia"/>
          <w:color w:val="auto"/>
          <w:sz w:val="20"/>
          <w:lang w:eastAsia="ja-JP"/>
        </w:rPr>
        <w:t>のとおり</w:t>
      </w:r>
      <w:r w:rsidRPr="003061D1">
        <w:rPr>
          <w:color w:val="auto"/>
          <w:sz w:val="20"/>
          <w:lang w:eastAsia="ja-JP"/>
        </w:rPr>
        <w:t>代表事業者が取りまとめる共同事業に参画することに合意し、本補助金の交付申請、受領、その他実績報告等に係る一切の事務手続を代表事業者に委任します。</w:t>
      </w:r>
      <w:r w:rsidRPr="003061D1">
        <w:rPr>
          <w:color w:val="auto"/>
          <w:sz w:val="20"/>
          <w:lang w:eastAsia="ja-JP"/>
        </w:rPr>
        <w:br/>
      </w:r>
      <w:r w:rsidR="007B54F9" w:rsidRPr="003061D1">
        <w:rPr>
          <w:rFonts w:hint="eastAsia"/>
          <w:color w:val="auto"/>
          <w:sz w:val="20"/>
          <w:lang w:eastAsia="ja-JP"/>
        </w:rPr>
        <w:t xml:space="preserve">　</w:t>
      </w:r>
      <w:r w:rsidRPr="003061D1">
        <w:rPr>
          <w:color w:val="auto"/>
          <w:sz w:val="20"/>
          <w:lang w:eastAsia="ja-JP"/>
        </w:rPr>
        <w:t>また、事業の実施に</w:t>
      </w:r>
      <w:r w:rsidR="00934091">
        <w:rPr>
          <w:rFonts w:hint="eastAsia"/>
          <w:color w:val="auto"/>
          <w:sz w:val="20"/>
          <w:lang w:eastAsia="ja-JP"/>
        </w:rPr>
        <w:t>際し</w:t>
      </w:r>
      <w:r w:rsidRPr="003061D1">
        <w:rPr>
          <w:color w:val="auto"/>
          <w:sz w:val="20"/>
          <w:lang w:eastAsia="ja-JP"/>
        </w:rPr>
        <w:t>ては、関係法令及び要領の規定を遵守し誠実に役割を果たします。</w:t>
      </w:r>
    </w:p>
    <w:p w14:paraId="52B2E1EF" w14:textId="397DCCDA" w:rsidR="005F10C7" w:rsidRPr="003061D1" w:rsidRDefault="00CF459F" w:rsidP="007B54F9">
      <w:pPr>
        <w:pStyle w:val="ae"/>
        <w:numPr>
          <w:ilvl w:val="0"/>
          <w:numId w:val="10"/>
        </w:numPr>
        <w:spacing w:before="200" w:after="80"/>
        <w:rPr>
          <w:rFonts w:ascii="ＭＳ ゴシック" w:hAnsi="ＭＳ ゴシック"/>
          <w:b/>
          <w:color w:val="auto"/>
          <w:sz w:val="22"/>
          <w:lang w:eastAsia="ja-JP"/>
        </w:rPr>
      </w:pPr>
      <w:r w:rsidRPr="003061D1">
        <w:rPr>
          <w:rFonts w:ascii="ＭＳ ゴシック" w:hAnsi="ＭＳ ゴシック"/>
          <w:b/>
          <w:color w:val="auto"/>
          <w:sz w:val="22"/>
          <w:lang w:eastAsia="ja-JP"/>
        </w:rPr>
        <w:t>対象共同事業の概要</w:t>
      </w:r>
    </w:p>
    <w:p w14:paraId="1696FD3D" w14:textId="36E2808E" w:rsidR="007B54F9" w:rsidRPr="00934091" w:rsidRDefault="007B54F9" w:rsidP="007B54F9">
      <w:pPr>
        <w:pStyle w:val="ae"/>
        <w:numPr>
          <w:ilvl w:val="0"/>
          <w:numId w:val="11"/>
        </w:numPr>
        <w:spacing w:before="200" w:after="80"/>
        <w:rPr>
          <w:color w:val="auto"/>
          <w:sz w:val="20"/>
          <w:szCs w:val="20"/>
          <w:lang w:eastAsia="ja-JP"/>
        </w:rPr>
      </w:pPr>
      <w:r w:rsidRPr="00934091">
        <w:rPr>
          <w:rFonts w:hint="eastAsia"/>
          <w:color w:val="auto"/>
          <w:sz w:val="20"/>
          <w:szCs w:val="20"/>
          <w:lang w:eastAsia="ja-JP"/>
        </w:rPr>
        <w:t>申請事業者名</w:t>
      </w:r>
    </w:p>
    <w:p w14:paraId="2D25BD33" w14:textId="77777777" w:rsidR="007B54F9" w:rsidRPr="00934091" w:rsidRDefault="007B54F9" w:rsidP="007B54F9">
      <w:pPr>
        <w:pStyle w:val="ae"/>
        <w:spacing w:before="200" w:after="80"/>
        <w:ind w:left="1080"/>
        <w:rPr>
          <w:color w:val="auto"/>
          <w:sz w:val="20"/>
          <w:szCs w:val="20"/>
          <w:lang w:eastAsia="ja-JP"/>
        </w:rPr>
      </w:pPr>
    </w:p>
    <w:p w14:paraId="706A3E3C" w14:textId="295FA879" w:rsidR="007B54F9" w:rsidRPr="00934091" w:rsidRDefault="007B54F9" w:rsidP="007B54F9">
      <w:pPr>
        <w:pStyle w:val="ae"/>
        <w:numPr>
          <w:ilvl w:val="0"/>
          <w:numId w:val="11"/>
        </w:numPr>
        <w:spacing w:before="200" w:after="80"/>
        <w:rPr>
          <w:color w:val="auto"/>
          <w:sz w:val="20"/>
          <w:szCs w:val="20"/>
          <w:lang w:eastAsia="ja-JP"/>
        </w:rPr>
      </w:pPr>
      <w:r w:rsidRPr="00934091">
        <w:rPr>
          <w:rFonts w:hint="eastAsia"/>
          <w:color w:val="auto"/>
          <w:sz w:val="20"/>
          <w:szCs w:val="20"/>
          <w:lang w:eastAsia="ja-JP"/>
        </w:rPr>
        <w:t>代表事業者名</w:t>
      </w:r>
    </w:p>
    <w:p w14:paraId="77CEC302" w14:textId="77777777" w:rsidR="005F10C7" w:rsidRPr="003061D1" w:rsidRDefault="00CF459F">
      <w:pPr>
        <w:spacing w:before="280" w:after="80"/>
        <w:rPr>
          <w:color w:val="auto"/>
          <w:lang w:eastAsia="ja-JP"/>
        </w:rPr>
      </w:pPr>
      <w:r w:rsidRPr="003061D1">
        <w:rPr>
          <w:rFonts w:ascii="ＭＳ ゴシック" w:hAnsi="ＭＳ ゴシック"/>
          <w:b/>
          <w:color w:val="auto"/>
          <w:sz w:val="22"/>
          <w:lang w:eastAsia="ja-JP"/>
        </w:rPr>
        <w:t xml:space="preserve">2. </w:t>
      </w:r>
      <w:r w:rsidRPr="003061D1">
        <w:rPr>
          <w:rFonts w:ascii="ＭＳ ゴシック" w:hAnsi="ＭＳ ゴシック"/>
          <w:b/>
          <w:color w:val="auto"/>
          <w:sz w:val="22"/>
          <w:lang w:eastAsia="ja-JP"/>
        </w:rPr>
        <w:t>参画及び委任にかかる合意事項</w:t>
      </w:r>
    </w:p>
    <w:p w14:paraId="521C16F7" w14:textId="45887E92" w:rsidR="005F10C7" w:rsidRPr="003061D1" w:rsidRDefault="00CF459F">
      <w:pPr>
        <w:spacing w:after="60" w:line="300" w:lineRule="auto"/>
        <w:rPr>
          <w:color w:val="auto"/>
          <w:lang w:eastAsia="ja-JP"/>
        </w:rPr>
      </w:pPr>
      <w:r w:rsidRPr="003061D1">
        <w:rPr>
          <w:rFonts w:ascii="ＭＳ ゴシック" w:hAnsi="ＭＳ ゴシック"/>
          <w:b/>
          <w:color w:val="auto"/>
          <w:sz w:val="19"/>
          <w:lang w:eastAsia="ja-JP"/>
        </w:rPr>
        <w:t>（</w:t>
      </w:r>
      <w:r w:rsidRPr="003061D1">
        <w:rPr>
          <w:rFonts w:ascii="ＭＳ ゴシック" w:hAnsi="ＭＳ ゴシック"/>
          <w:b/>
          <w:color w:val="auto"/>
          <w:sz w:val="19"/>
          <w:lang w:eastAsia="ja-JP"/>
        </w:rPr>
        <w:t>1</w:t>
      </w:r>
      <w:r w:rsidRPr="003061D1">
        <w:rPr>
          <w:rFonts w:ascii="ＭＳ ゴシック" w:hAnsi="ＭＳ ゴシック"/>
          <w:b/>
          <w:color w:val="auto"/>
          <w:sz w:val="19"/>
          <w:lang w:eastAsia="ja-JP"/>
        </w:rPr>
        <w:t>）</w:t>
      </w:r>
      <w:r w:rsidRPr="003061D1">
        <w:rPr>
          <w:rFonts w:ascii="ＭＳ ゴシック" w:hAnsi="ＭＳ ゴシック"/>
          <w:b/>
          <w:color w:val="auto"/>
          <w:sz w:val="19"/>
          <w:lang w:eastAsia="ja-JP"/>
        </w:rPr>
        <w:t xml:space="preserve"> </w:t>
      </w:r>
      <w:r w:rsidRPr="003061D1">
        <w:rPr>
          <w:color w:val="auto"/>
          <w:sz w:val="19"/>
          <w:lang w:eastAsia="ja-JP"/>
        </w:rPr>
        <w:t>代表事業者が本事業の代表者として武雄市へ補助金交付申請等を行うこと、及び補助金の受領・経費管理等を行うことに異議なく同意・委任します。</w:t>
      </w:r>
    </w:p>
    <w:p w14:paraId="1AA9E9A9" w14:textId="614F7224" w:rsidR="005F10C7" w:rsidRPr="003061D1" w:rsidRDefault="00CF459F">
      <w:pPr>
        <w:spacing w:after="60" w:line="300" w:lineRule="auto"/>
        <w:rPr>
          <w:color w:val="auto"/>
          <w:lang w:eastAsia="ja-JP"/>
        </w:rPr>
      </w:pPr>
      <w:r w:rsidRPr="003061D1">
        <w:rPr>
          <w:rFonts w:ascii="ＭＳ ゴシック" w:hAnsi="ＭＳ ゴシック"/>
          <w:b/>
          <w:color w:val="auto"/>
          <w:sz w:val="19"/>
          <w:lang w:eastAsia="ja-JP"/>
        </w:rPr>
        <w:t>（</w:t>
      </w:r>
      <w:r w:rsidRPr="003061D1">
        <w:rPr>
          <w:rFonts w:ascii="ＭＳ ゴシック" w:hAnsi="ＭＳ ゴシック"/>
          <w:b/>
          <w:color w:val="auto"/>
          <w:sz w:val="19"/>
          <w:lang w:eastAsia="ja-JP"/>
        </w:rPr>
        <w:t>2</w:t>
      </w:r>
      <w:r w:rsidRPr="003061D1">
        <w:rPr>
          <w:rFonts w:ascii="ＭＳ ゴシック" w:hAnsi="ＭＳ ゴシック"/>
          <w:b/>
          <w:color w:val="auto"/>
          <w:sz w:val="19"/>
          <w:lang w:eastAsia="ja-JP"/>
        </w:rPr>
        <w:t>）</w:t>
      </w:r>
      <w:r w:rsidRPr="003061D1">
        <w:rPr>
          <w:color w:val="auto"/>
          <w:sz w:val="19"/>
          <w:lang w:eastAsia="ja-JP"/>
        </w:rPr>
        <w:t>事業計画書に記載された自社の役割を誠実に履行し、参画事業者間で連携して事業成果を高めます。</w:t>
      </w:r>
    </w:p>
    <w:p w14:paraId="0375A967" w14:textId="49E801F5" w:rsidR="005F10C7" w:rsidRPr="003061D1" w:rsidRDefault="00CF459F">
      <w:pPr>
        <w:spacing w:after="60" w:line="300" w:lineRule="auto"/>
        <w:rPr>
          <w:color w:val="auto"/>
          <w:lang w:eastAsia="ja-JP"/>
        </w:rPr>
      </w:pPr>
      <w:r w:rsidRPr="003061D1">
        <w:rPr>
          <w:rFonts w:ascii="ＭＳ ゴシック" w:hAnsi="ＭＳ ゴシック"/>
          <w:b/>
          <w:color w:val="auto"/>
          <w:sz w:val="19"/>
          <w:lang w:eastAsia="ja-JP"/>
        </w:rPr>
        <w:t>（</w:t>
      </w:r>
      <w:r w:rsidRPr="003061D1">
        <w:rPr>
          <w:rFonts w:ascii="ＭＳ ゴシック" w:hAnsi="ＭＳ ゴシック"/>
          <w:b/>
          <w:color w:val="auto"/>
          <w:sz w:val="19"/>
          <w:lang w:eastAsia="ja-JP"/>
        </w:rPr>
        <w:t>3</w:t>
      </w:r>
      <w:r w:rsidRPr="003061D1">
        <w:rPr>
          <w:rFonts w:ascii="ＭＳ ゴシック" w:hAnsi="ＭＳ ゴシック"/>
          <w:b/>
          <w:color w:val="auto"/>
          <w:sz w:val="19"/>
          <w:lang w:eastAsia="ja-JP"/>
        </w:rPr>
        <w:t>）</w:t>
      </w:r>
      <w:r w:rsidRPr="003061D1">
        <w:rPr>
          <w:color w:val="auto"/>
          <w:sz w:val="19"/>
          <w:lang w:eastAsia="ja-JP"/>
        </w:rPr>
        <w:t>市税等の滞納がないこと、暴力団員等の排除に関する要件を満たしていること、及び関係法令等を遵守していることを誓約します。</w:t>
      </w:r>
    </w:p>
    <w:p w14:paraId="53F07FF3" w14:textId="1ABFE4FA" w:rsidR="005F10C7" w:rsidRPr="003061D1" w:rsidRDefault="00CF459F">
      <w:pPr>
        <w:spacing w:after="60" w:line="300" w:lineRule="auto"/>
        <w:rPr>
          <w:color w:val="auto"/>
          <w:lang w:eastAsia="ja-JP"/>
        </w:rPr>
      </w:pPr>
      <w:r w:rsidRPr="003061D1">
        <w:rPr>
          <w:rFonts w:ascii="ＭＳ ゴシック" w:hAnsi="ＭＳ ゴシック"/>
          <w:b/>
          <w:color w:val="auto"/>
          <w:sz w:val="19"/>
          <w:lang w:eastAsia="ja-JP"/>
        </w:rPr>
        <w:t>（</w:t>
      </w:r>
      <w:r w:rsidRPr="003061D1">
        <w:rPr>
          <w:rFonts w:ascii="ＭＳ ゴシック" w:hAnsi="ＭＳ ゴシック"/>
          <w:b/>
          <w:color w:val="auto"/>
          <w:sz w:val="19"/>
          <w:lang w:eastAsia="ja-JP"/>
        </w:rPr>
        <w:t>4</w:t>
      </w:r>
      <w:r w:rsidRPr="003061D1">
        <w:rPr>
          <w:rFonts w:ascii="ＭＳ ゴシック" w:hAnsi="ＭＳ ゴシック"/>
          <w:b/>
          <w:color w:val="auto"/>
          <w:sz w:val="19"/>
          <w:lang w:eastAsia="ja-JP"/>
        </w:rPr>
        <w:t>）</w:t>
      </w:r>
      <w:r w:rsidRPr="003061D1">
        <w:rPr>
          <w:color w:val="auto"/>
          <w:sz w:val="19"/>
          <w:lang w:eastAsia="ja-JP"/>
        </w:rPr>
        <w:t>事業の実施状況確認</w:t>
      </w:r>
      <w:r w:rsidR="003558B0" w:rsidRPr="003061D1">
        <w:rPr>
          <w:rFonts w:hint="eastAsia"/>
          <w:color w:val="auto"/>
          <w:sz w:val="19"/>
          <w:lang w:eastAsia="ja-JP"/>
        </w:rPr>
        <w:t>、</w:t>
      </w:r>
      <w:r w:rsidRPr="003061D1">
        <w:rPr>
          <w:color w:val="auto"/>
          <w:sz w:val="19"/>
          <w:lang w:eastAsia="ja-JP"/>
        </w:rPr>
        <w:t>実績報告</w:t>
      </w:r>
      <w:r w:rsidR="003558B0" w:rsidRPr="003061D1">
        <w:rPr>
          <w:rFonts w:hint="eastAsia"/>
          <w:color w:val="auto"/>
          <w:sz w:val="19"/>
          <w:lang w:eastAsia="ja-JP"/>
        </w:rPr>
        <w:t>及び</w:t>
      </w:r>
      <w:r w:rsidRPr="003061D1">
        <w:rPr>
          <w:color w:val="auto"/>
          <w:sz w:val="19"/>
          <w:lang w:eastAsia="ja-JP"/>
        </w:rPr>
        <w:t>武雄市による会計検査等に必要な書類提出や情報共有に協力します。</w:t>
      </w:r>
    </w:p>
    <w:p w14:paraId="4C697B92" w14:textId="77777777" w:rsidR="005F10C7" w:rsidRPr="003061D1" w:rsidRDefault="00CF459F">
      <w:pPr>
        <w:spacing w:before="280" w:after="80"/>
        <w:rPr>
          <w:rFonts w:ascii="ＭＳ ゴシック" w:hAnsi="ＭＳ ゴシック"/>
          <w:b/>
          <w:color w:val="auto"/>
          <w:sz w:val="22"/>
          <w:lang w:eastAsia="ja-JP"/>
        </w:rPr>
      </w:pPr>
      <w:r w:rsidRPr="003061D1">
        <w:rPr>
          <w:rFonts w:ascii="ＭＳ ゴシック" w:hAnsi="ＭＳ ゴシック"/>
          <w:b/>
          <w:color w:val="auto"/>
          <w:sz w:val="22"/>
          <w:lang w:eastAsia="ja-JP"/>
        </w:rPr>
        <w:t xml:space="preserve">3. </w:t>
      </w:r>
      <w:r w:rsidRPr="003061D1">
        <w:rPr>
          <w:rFonts w:ascii="ＭＳ ゴシック" w:hAnsi="ＭＳ ゴシック"/>
          <w:b/>
          <w:color w:val="auto"/>
          <w:sz w:val="22"/>
          <w:lang w:eastAsia="ja-JP"/>
        </w:rPr>
        <w:t>参画事業者（代表以外の構成事業者）</w:t>
      </w:r>
      <w:r w:rsidRPr="003061D1">
        <w:rPr>
          <w:rFonts w:ascii="ＭＳ ゴシック" w:hAnsi="ＭＳ ゴシック"/>
          <w:b/>
          <w:color w:val="auto"/>
          <w:sz w:val="22"/>
          <w:lang w:eastAsia="ja-JP"/>
        </w:rPr>
        <w:t xml:space="preserve"> </w:t>
      </w:r>
      <w:r w:rsidRPr="003061D1">
        <w:rPr>
          <w:rFonts w:ascii="ＭＳ ゴシック" w:hAnsi="ＭＳ ゴシック"/>
          <w:b/>
          <w:color w:val="auto"/>
          <w:sz w:val="22"/>
          <w:lang w:eastAsia="ja-JP"/>
        </w:rPr>
        <w:t>記入・署名欄</w:t>
      </w:r>
    </w:p>
    <w:p w14:paraId="573F803E" w14:textId="3CDBAE9D" w:rsidR="00D43606" w:rsidRPr="00934091" w:rsidRDefault="00D43606" w:rsidP="00D43606">
      <w:pPr>
        <w:spacing w:after="80"/>
        <w:rPr>
          <w:rFonts w:ascii="ＭＳ ゴシック" w:hAnsi="ＭＳ ゴシック"/>
          <w:b/>
          <w:color w:val="auto"/>
          <w:sz w:val="20"/>
          <w:szCs w:val="20"/>
          <w:lang w:eastAsia="ja-JP"/>
        </w:rPr>
      </w:pPr>
      <w:r w:rsidRPr="00934091">
        <w:rPr>
          <w:rFonts w:ascii="ＭＳ ゴシック" w:hAnsi="ＭＳ ゴシック" w:hint="eastAsia"/>
          <w:b/>
          <w:color w:val="auto"/>
          <w:sz w:val="20"/>
          <w:szCs w:val="20"/>
          <w:lang w:eastAsia="ja-JP"/>
        </w:rPr>
        <w:t>(1)</w:t>
      </w:r>
      <w:r w:rsidRPr="00934091">
        <w:rPr>
          <w:rFonts w:ascii="ＭＳ ゴシック" w:hAnsi="ＭＳ ゴシック" w:hint="eastAsia"/>
          <w:b/>
          <w:color w:val="auto"/>
          <w:sz w:val="20"/>
          <w:szCs w:val="20"/>
          <w:lang w:eastAsia="ja-JP"/>
        </w:rPr>
        <w:t>事業者区分（該当に☑</w:t>
      </w:r>
      <w:r w:rsidRPr="00934091">
        <w:rPr>
          <w:rFonts w:ascii="ＭＳ ゴシック" w:hAnsi="ＭＳ ゴシック"/>
          <w:b/>
          <w:color w:val="auto"/>
          <w:sz w:val="20"/>
          <w:szCs w:val="20"/>
          <w:lang w:eastAsia="ja-JP"/>
        </w:rPr>
        <w:t>）</w:t>
      </w:r>
    </w:p>
    <w:p w14:paraId="27BF363E" w14:textId="077D2DA3" w:rsidR="00D43606" w:rsidRPr="00934091" w:rsidRDefault="00D43606" w:rsidP="00D43606">
      <w:pPr>
        <w:spacing w:after="80"/>
        <w:ind w:leftChars="100" w:left="210"/>
        <w:rPr>
          <w:rFonts w:ascii="ＭＳ ゴシック" w:hAnsi="ＭＳ ゴシック"/>
          <w:b/>
          <w:color w:val="auto"/>
          <w:sz w:val="20"/>
          <w:szCs w:val="20"/>
          <w:lang w:eastAsia="ja-JP"/>
        </w:rPr>
      </w:pPr>
      <w:r w:rsidRPr="00934091">
        <w:rPr>
          <w:rFonts w:ascii="ＭＳ ゴシック" w:hAnsi="ＭＳ ゴシック" w:hint="eastAsia"/>
          <w:b/>
          <w:color w:val="auto"/>
          <w:sz w:val="20"/>
          <w:szCs w:val="20"/>
          <w:lang w:eastAsia="ja-JP"/>
        </w:rPr>
        <w:t>□共同実施宿泊事業者（</w:t>
      </w:r>
      <w:r w:rsidRPr="00934091">
        <w:rPr>
          <w:rFonts w:ascii="ＭＳ ゴシック" w:hAnsi="ＭＳ ゴシック" w:hint="eastAsia"/>
          <w:b/>
          <w:color w:val="auto"/>
          <w:sz w:val="20"/>
          <w:szCs w:val="20"/>
          <w:lang w:eastAsia="ja-JP"/>
        </w:rPr>
        <w:t>2</w:t>
      </w:r>
      <w:r w:rsidRPr="00934091">
        <w:rPr>
          <w:rFonts w:ascii="ＭＳ ゴシック" w:hAnsi="ＭＳ ゴシック" w:hint="eastAsia"/>
          <w:b/>
          <w:color w:val="auto"/>
          <w:sz w:val="20"/>
          <w:szCs w:val="20"/>
          <w:lang w:eastAsia="ja-JP"/>
        </w:rPr>
        <w:t>者目以降）</w:t>
      </w:r>
    </w:p>
    <w:p w14:paraId="5736205F" w14:textId="41DFAEC1" w:rsidR="00D43606" w:rsidRPr="00934091" w:rsidRDefault="00D43606" w:rsidP="00D43606">
      <w:pPr>
        <w:spacing w:after="80"/>
        <w:ind w:leftChars="100" w:left="210"/>
        <w:rPr>
          <w:rFonts w:ascii="ＭＳ ゴシック" w:hAnsi="ＭＳ ゴシック"/>
          <w:b/>
          <w:color w:val="auto"/>
          <w:sz w:val="20"/>
          <w:szCs w:val="20"/>
          <w:lang w:eastAsia="ja-JP"/>
        </w:rPr>
      </w:pPr>
      <w:r w:rsidRPr="00934091">
        <w:rPr>
          <w:rFonts w:ascii="ＭＳ ゴシック" w:hAnsi="ＭＳ ゴシック" w:hint="eastAsia"/>
          <w:b/>
          <w:color w:val="auto"/>
          <w:sz w:val="20"/>
          <w:szCs w:val="20"/>
          <w:lang w:eastAsia="ja-JP"/>
        </w:rPr>
        <w:t>□立ち寄り施設等運営事業者（体験、飲食、物販、文化施設等）</w:t>
      </w:r>
    </w:p>
    <w:p w14:paraId="64459A03" w14:textId="38C636B0" w:rsidR="003558B0" w:rsidRPr="00934091" w:rsidRDefault="003558B0" w:rsidP="00D43606">
      <w:pPr>
        <w:spacing w:after="80"/>
        <w:rPr>
          <w:rFonts w:ascii="ＭＳ ゴシック" w:hAnsi="ＭＳ ゴシック"/>
          <w:b/>
          <w:color w:val="auto"/>
          <w:sz w:val="20"/>
          <w:szCs w:val="20"/>
          <w:lang w:eastAsia="ja-JP"/>
        </w:rPr>
      </w:pPr>
      <w:r w:rsidRPr="00934091">
        <w:rPr>
          <w:rFonts w:ascii="ＭＳ ゴシック" w:hAnsi="ＭＳ ゴシック" w:hint="eastAsia"/>
          <w:b/>
          <w:color w:val="auto"/>
          <w:sz w:val="20"/>
          <w:szCs w:val="20"/>
          <w:lang w:eastAsia="ja-JP"/>
        </w:rPr>
        <w:t>(</w:t>
      </w:r>
      <w:r w:rsidR="003061D1" w:rsidRPr="00934091">
        <w:rPr>
          <w:rFonts w:ascii="ＭＳ ゴシック" w:hAnsi="ＭＳ ゴシック" w:hint="eastAsia"/>
          <w:b/>
          <w:color w:val="auto"/>
          <w:sz w:val="20"/>
          <w:szCs w:val="20"/>
          <w:lang w:eastAsia="ja-JP"/>
        </w:rPr>
        <w:t>2</w:t>
      </w:r>
      <w:r w:rsidRPr="00934091">
        <w:rPr>
          <w:rFonts w:ascii="ＭＳ ゴシック" w:hAnsi="ＭＳ ゴシック" w:hint="eastAsia"/>
          <w:b/>
          <w:color w:val="auto"/>
          <w:sz w:val="20"/>
          <w:szCs w:val="20"/>
          <w:lang w:eastAsia="ja-JP"/>
        </w:rPr>
        <w:t>)</w:t>
      </w:r>
      <w:r w:rsidRPr="00934091">
        <w:rPr>
          <w:rFonts w:ascii="ＭＳ ゴシック" w:hAnsi="ＭＳ ゴシック" w:hint="eastAsia"/>
          <w:b/>
          <w:color w:val="auto"/>
          <w:sz w:val="20"/>
          <w:szCs w:val="20"/>
          <w:lang w:eastAsia="ja-JP"/>
        </w:rPr>
        <w:t>担当者名・連絡先</w:t>
      </w:r>
    </w:p>
    <w:p w14:paraId="2E0DC0C7" w14:textId="4085E20D" w:rsidR="003558B0" w:rsidRPr="00934091" w:rsidRDefault="003558B0" w:rsidP="003558B0">
      <w:pPr>
        <w:spacing w:after="80"/>
        <w:ind w:leftChars="100" w:left="210"/>
        <w:rPr>
          <w:rFonts w:ascii="ＭＳ ゴシック" w:hAnsi="ＭＳ ゴシック"/>
          <w:b/>
          <w:color w:val="auto"/>
          <w:sz w:val="20"/>
          <w:szCs w:val="20"/>
          <w:lang w:eastAsia="ja-JP"/>
        </w:rPr>
      </w:pPr>
      <w:r w:rsidRPr="00934091">
        <w:rPr>
          <w:rFonts w:ascii="ＭＳ ゴシック" w:hAnsi="ＭＳ ゴシック" w:hint="eastAsia"/>
          <w:b/>
          <w:color w:val="auto"/>
          <w:sz w:val="20"/>
          <w:szCs w:val="20"/>
          <w:lang w:eastAsia="ja-JP"/>
        </w:rPr>
        <w:t>担当者氏名：</w:t>
      </w:r>
    </w:p>
    <w:p w14:paraId="3EA68C4C" w14:textId="0BD8AD46" w:rsidR="003558B0" w:rsidRPr="00934091" w:rsidRDefault="003558B0" w:rsidP="003558B0">
      <w:pPr>
        <w:spacing w:after="80"/>
        <w:ind w:leftChars="100" w:left="210"/>
        <w:rPr>
          <w:rFonts w:ascii="ＭＳ ゴシック" w:hAnsi="ＭＳ ゴシック"/>
          <w:b/>
          <w:color w:val="auto"/>
          <w:sz w:val="20"/>
          <w:szCs w:val="20"/>
          <w:lang w:eastAsia="ja-JP"/>
        </w:rPr>
      </w:pPr>
      <w:r w:rsidRPr="00934091">
        <w:rPr>
          <w:rFonts w:ascii="ＭＳ ゴシック" w:hAnsi="ＭＳ ゴシック" w:hint="eastAsia"/>
          <w:b/>
          <w:color w:val="auto"/>
          <w:sz w:val="20"/>
          <w:szCs w:val="20"/>
          <w:lang w:eastAsia="ja-JP"/>
        </w:rPr>
        <w:t>連絡先　　電話番号：</w:t>
      </w:r>
    </w:p>
    <w:p w14:paraId="588F06FA" w14:textId="127C10BA" w:rsidR="003558B0" w:rsidRPr="00934091" w:rsidRDefault="003558B0" w:rsidP="003558B0">
      <w:pPr>
        <w:spacing w:after="80"/>
        <w:ind w:leftChars="100" w:left="210"/>
        <w:rPr>
          <w:color w:val="auto"/>
          <w:sz w:val="20"/>
          <w:szCs w:val="20"/>
          <w:lang w:eastAsia="ja-JP"/>
        </w:rPr>
      </w:pPr>
      <w:r w:rsidRPr="00934091">
        <w:rPr>
          <w:rFonts w:ascii="ＭＳ ゴシック" w:hAnsi="ＭＳ ゴシック" w:hint="eastAsia"/>
          <w:b/>
          <w:color w:val="auto"/>
          <w:sz w:val="20"/>
          <w:szCs w:val="20"/>
          <w:lang w:eastAsia="ja-JP"/>
        </w:rPr>
        <w:t xml:space="preserve">　　　　　</w:t>
      </w:r>
      <w:r w:rsidRPr="00934091">
        <w:rPr>
          <w:rFonts w:ascii="ＭＳ ゴシック" w:hAnsi="ＭＳ ゴシック" w:hint="eastAsia"/>
          <w:b/>
          <w:color w:val="auto"/>
          <w:spacing w:val="47"/>
          <w:sz w:val="20"/>
          <w:szCs w:val="20"/>
          <w:fitText w:val="844" w:id="-380356352"/>
          <w:lang w:eastAsia="ja-JP"/>
        </w:rPr>
        <w:t>E-mai</w:t>
      </w:r>
      <w:r w:rsidRPr="00934091">
        <w:rPr>
          <w:rFonts w:ascii="ＭＳ ゴシック" w:hAnsi="ＭＳ ゴシック" w:hint="eastAsia"/>
          <w:b/>
          <w:color w:val="auto"/>
          <w:spacing w:val="5"/>
          <w:sz w:val="20"/>
          <w:szCs w:val="20"/>
          <w:fitText w:val="844" w:id="-380356352"/>
          <w:lang w:eastAsia="ja-JP"/>
        </w:rPr>
        <w:t>l</w:t>
      </w:r>
      <w:r w:rsidRPr="00934091">
        <w:rPr>
          <w:rFonts w:ascii="ＭＳ ゴシック" w:hAnsi="ＭＳ ゴシック" w:hint="eastAsia"/>
          <w:b/>
          <w:color w:val="auto"/>
          <w:sz w:val="20"/>
          <w:szCs w:val="20"/>
          <w:lang w:eastAsia="ja-JP"/>
        </w:rPr>
        <w:t>：</w:t>
      </w:r>
    </w:p>
    <w:sectPr w:rsidR="003558B0" w:rsidRPr="00934091" w:rsidSect="00934091">
      <w:headerReference w:type="default" r:id="rId8"/>
      <w:footerReference w:type="default" r:id="rId9"/>
      <w:pgSz w:w="11909" w:h="16834"/>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95772B" w14:textId="77777777" w:rsidR="00B010AE" w:rsidRDefault="00B010AE">
      <w:pPr>
        <w:spacing w:after="0" w:line="240" w:lineRule="auto"/>
      </w:pPr>
      <w:r>
        <w:separator/>
      </w:r>
    </w:p>
  </w:endnote>
  <w:endnote w:type="continuationSeparator" w:id="0">
    <w:p w14:paraId="5DEEE2C9" w14:textId="77777777" w:rsidR="00B010AE" w:rsidRDefault="00B01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33B199" w14:textId="360A915F" w:rsidR="00934091" w:rsidRDefault="00934091">
    <w:pPr>
      <w:pStyle w:val="a7"/>
    </w:pPr>
  </w:p>
  <w:p w14:paraId="4E77AA53" w14:textId="1B6A8F5E" w:rsidR="00934091" w:rsidRDefault="00934091" w:rsidP="00934091">
    <w:pPr>
      <w:spacing w:after="120"/>
      <w:rPr>
        <w:lang w:eastAsia="ja-JP"/>
      </w:rPr>
    </w:pPr>
    <w:r>
      <w:rPr>
        <w:color w:val="666666"/>
        <w:sz w:val="17"/>
        <w:lang w:eastAsia="ja-JP"/>
      </w:rPr>
      <w:t>※ 代表事業者以外の全参画事業者（宿泊事業者、立ち寄り施設運営事業者）ごとに1シートずつ作成・押印の上、添付してください。</w:t>
    </w:r>
  </w:p>
  <w:p w14:paraId="130A3497" w14:textId="3C3D0A4F" w:rsidR="005F10C7" w:rsidRPr="00917D44" w:rsidRDefault="005F10C7">
    <w:pPr>
      <w:pStyle w:val="a7"/>
      <w:jc w:val="center"/>
      <w:rPr>
        <w:lang w:eastAsia="ja-JP"/>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5C3E48" w14:textId="77777777" w:rsidR="00B010AE" w:rsidRDefault="00B010AE">
      <w:pPr>
        <w:spacing w:after="0" w:line="240" w:lineRule="auto"/>
      </w:pPr>
      <w:r>
        <w:separator/>
      </w:r>
    </w:p>
  </w:footnote>
  <w:footnote w:type="continuationSeparator" w:id="0">
    <w:p w14:paraId="59F54972" w14:textId="77777777" w:rsidR="00B010AE" w:rsidRDefault="00B010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7119F" w14:textId="416B7728" w:rsidR="005F10C7" w:rsidRDefault="005F10C7" w:rsidP="007B54F9">
    <w:pPr>
      <w:pStyle w:val="a5"/>
      <w:ind w:right="680"/>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F113BE2"/>
    <w:multiLevelType w:val="hybridMultilevel"/>
    <w:tmpl w:val="1AFA6016"/>
    <w:lvl w:ilvl="0" w:tplc="17822BEA">
      <w:start w:val="1"/>
      <w:numFmt w:val="decimalFullWidth"/>
      <w:lvlText w:val="（%1）"/>
      <w:lvlJc w:val="left"/>
      <w:pPr>
        <w:ind w:left="1080" w:hanging="72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0" w15:restartNumberingAfterBreak="0">
    <w:nsid w:val="6E8D6169"/>
    <w:multiLevelType w:val="hybridMultilevel"/>
    <w:tmpl w:val="A1442520"/>
    <w:lvl w:ilvl="0" w:tplc="D6ECC24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79309706">
    <w:abstractNumId w:val="8"/>
  </w:num>
  <w:num w:numId="2" w16cid:durableId="1488091288">
    <w:abstractNumId w:val="6"/>
  </w:num>
  <w:num w:numId="3" w16cid:durableId="1677414981">
    <w:abstractNumId w:val="5"/>
  </w:num>
  <w:num w:numId="4" w16cid:durableId="1768574847">
    <w:abstractNumId w:val="4"/>
  </w:num>
  <w:num w:numId="5" w16cid:durableId="9844076">
    <w:abstractNumId w:val="7"/>
  </w:num>
  <w:num w:numId="6" w16cid:durableId="609164254">
    <w:abstractNumId w:val="3"/>
  </w:num>
  <w:num w:numId="7" w16cid:durableId="2013606633">
    <w:abstractNumId w:val="2"/>
  </w:num>
  <w:num w:numId="8" w16cid:durableId="2030184234">
    <w:abstractNumId w:val="1"/>
  </w:num>
  <w:num w:numId="9" w16cid:durableId="1618294116">
    <w:abstractNumId w:val="0"/>
  </w:num>
  <w:num w:numId="10" w16cid:durableId="1515340426">
    <w:abstractNumId w:val="10"/>
  </w:num>
  <w:num w:numId="11" w16cid:durableId="3123683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7BD2"/>
    <w:rsid w:val="001E4A0C"/>
    <w:rsid w:val="0029639D"/>
    <w:rsid w:val="003061D1"/>
    <w:rsid w:val="00326F90"/>
    <w:rsid w:val="003425E5"/>
    <w:rsid w:val="003558B0"/>
    <w:rsid w:val="003D1539"/>
    <w:rsid w:val="00437D01"/>
    <w:rsid w:val="00455DF4"/>
    <w:rsid w:val="0046268E"/>
    <w:rsid w:val="005935B3"/>
    <w:rsid w:val="005F10C7"/>
    <w:rsid w:val="00783028"/>
    <w:rsid w:val="007B54F9"/>
    <w:rsid w:val="00917D44"/>
    <w:rsid w:val="00934091"/>
    <w:rsid w:val="00A0721F"/>
    <w:rsid w:val="00AA1D8D"/>
    <w:rsid w:val="00B010AE"/>
    <w:rsid w:val="00B47730"/>
    <w:rsid w:val="00CB0664"/>
    <w:rsid w:val="00CF459F"/>
    <w:rsid w:val="00D16449"/>
    <w:rsid w:val="00D43606"/>
    <w:rsid w:val="00D731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1CFE29B"/>
  <w14:defaultImageDpi w14:val="300"/>
  <w15:docId w15:val="{732843CF-436E-40EE-96E4-A91C0A693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ＭＳ 明朝" w:hAnsi="ＭＳ 明朝"/>
      <w:color w:val="333333"/>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96</Words>
  <Characters>552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001485</cp:lastModifiedBy>
  <cp:revision>5</cp:revision>
  <dcterms:created xsi:type="dcterms:W3CDTF">2026-09-17T02:38:00Z</dcterms:created>
  <dcterms:modified xsi:type="dcterms:W3CDTF">2026-10-12T23:51:00Z</dcterms:modified>
  <cp:category/>
</cp:coreProperties>
</file>